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017AB" w14:textId="77777777" w:rsidR="004A1CB7" w:rsidRPr="00AA5025" w:rsidRDefault="00000000">
      <w:pPr>
        <w:pStyle w:val="Nagwek1"/>
        <w:rPr>
          <w:lang w:val="pl-PL"/>
        </w:rPr>
      </w:pPr>
      <w:r w:rsidRPr="00AA5025">
        <w:rPr>
          <w:lang w:val="pl-PL"/>
        </w:rPr>
        <w:t>FORMULARZ ODSTĄPIENIA OD UMOWY</w:t>
      </w:r>
    </w:p>
    <w:p w14:paraId="2B9E8929" w14:textId="77777777" w:rsidR="00AA5025" w:rsidRDefault="00000000">
      <w:pPr>
        <w:rPr>
          <w:lang w:val="pl-PL"/>
        </w:rPr>
      </w:pPr>
      <w:r w:rsidRPr="00AA5025">
        <w:rPr>
          <w:b/>
          <w:lang w:val="pl-PL"/>
        </w:rPr>
        <w:t>Adresat:</w:t>
      </w:r>
      <w:r w:rsidRPr="00AA5025">
        <w:rPr>
          <w:b/>
          <w:lang w:val="pl-PL"/>
        </w:rPr>
        <w:br/>
      </w:r>
      <w:r w:rsidR="00AA5025" w:rsidRPr="00AA5025">
        <w:rPr>
          <w:lang w:val="pl-PL"/>
        </w:rPr>
        <w:t>E</w:t>
      </w:r>
      <w:r w:rsidR="00AA5025">
        <w:rPr>
          <w:lang w:val="pl-PL"/>
        </w:rPr>
        <w:t>wa Kujaszewska. Redakcja, korekta i skład książek</w:t>
      </w:r>
    </w:p>
    <w:p w14:paraId="6EB5776E" w14:textId="77777777" w:rsidR="00AA5025" w:rsidRDefault="00AA5025">
      <w:pPr>
        <w:rPr>
          <w:lang w:val="pl-PL"/>
        </w:rPr>
      </w:pPr>
      <w:r>
        <w:rPr>
          <w:lang w:val="pl-PL"/>
        </w:rPr>
        <w:t>Ul. Twardowskiego 21/1</w:t>
      </w:r>
    </w:p>
    <w:p w14:paraId="5408CFDD" w14:textId="346255F2" w:rsidR="004A1CB7" w:rsidRPr="00AA5025" w:rsidRDefault="00AA5025">
      <w:pPr>
        <w:rPr>
          <w:lang w:val="pl-PL"/>
        </w:rPr>
      </w:pPr>
      <w:r>
        <w:rPr>
          <w:lang w:val="pl-PL"/>
        </w:rPr>
        <w:t>81-198 Pogórze</w:t>
      </w:r>
      <w:r w:rsidR="00000000" w:rsidRPr="00AA5025">
        <w:rPr>
          <w:lang w:val="pl-PL"/>
        </w:rPr>
        <w:br/>
      </w:r>
      <w:r w:rsidR="00000000" w:rsidRPr="00AA5025">
        <w:rPr>
          <w:lang w:val="pl-PL"/>
        </w:rPr>
        <w:br/>
      </w:r>
    </w:p>
    <w:p w14:paraId="711B3BD5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Imię i nazwisko: ____________________________</w:t>
      </w:r>
    </w:p>
    <w:p w14:paraId="3CD33F75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Adres: _____________________________________</w:t>
      </w:r>
    </w:p>
    <w:p w14:paraId="0F3646B2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E-mail: ____________________________________</w:t>
      </w:r>
    </w:p>
    <w:p w14:paraId="3042D050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Telefon (opcjonalnie): ______________________</w:t>
      </w:r>
    </w:p>
    <w:p w14:paraId="0E3E6901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Numer zamówienia: ___________________________</w:t>
      </w:r>
    </w:p>
    <w:p w14:paraId="0B4EF9F9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Data złożenia zamówienia: ___________________</w:t>
      </w:r>
    </w:p>
    <w:p w14:paraId="6FD8782E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Data odbioru zamówienia: ____________________</w:t>
      </w:r>
    </w:p>
    <w:p w14:paraId="5E877BCA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br/>
        <w:t>Niniejszym informuję o odstąpieniu od umowy sprzedaży następującego produktu:</w:t>
      </w:r>
      <w:r w:rsidRPr="00AA5025">
        <w:rPr>
          <w:lang w:val="pl-PL"/>
        </w:rPr>
        <w:br/>
      </w:r>
    </w:p>
    <w:p w14:paraId="0EA4D09F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_______________________________________________</w:t>
      </w:r>
    </w:p>
    <w:p w14:paraId="63E42E3D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_______________________________________________</w:t>
      </w:r>
    </w:p>
    <w:p w14:paraId="43CEC921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br/>
        <w:t>Proszę o zwrot płatności na rachunek bankowy:</w:t>
      </w:r>
    </w:p>
    <w:p w14:paraId="6F06D133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_______________________________________________</w:t>
      </w:r>
    </w:p>
    <w:p w14:paraId="7394860A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br/>
        <w:t>Uwagi (opcjonalnie):</w:t>
      </w:r>
    </w:p>
    <w:p w14:paraId="23E718DB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_______________________________________________</w:t>
      </w:r>
    </w:p>
    <w:p w14:paraId="73B160B3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_______________________________________________</w:t>
      </w:r>
    </w:p>
    <w:p w14:paraId="76D79661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br/>
        <w:t>Miejscowość i data: ___________________________</w:t>
      </w:r>
    </w:p>
    <w:p w14:paraId="47B1020C" w14:textId="77777777" w:rsidR="004A1CB7" w:rsidRPr="00AA5025" w:rsidRDefault="00000000">
      <w:pPr>
        <w:rPr>
          <w:lang w:val="pl-PL"/>
        </w:rPr>
      </w:pPr>
      <w:r w:rsidRPr="00AA5025">
        <w:rPr>
          <w:lang w:val="pl-PL"/>
        </w:rPr>
        <w:t>Podpis (tylko w przypadku formularza papierowego): ___________________________</w:t>
      </w:r>
    </w:p>
    <w:sectPr w:rsidR="004A1CB7" w:rsidRPr="00AA50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5524389">
    <w:abstractNumId w:val="8"/>
  </w:num>
  <w:num w:numId="2" w16cid:durableId="500001946">
    <w:abstractNumId w:val="6"/>
  </w:num>
  <w:num w:numId="3" w16cid:durableId="1612198177">
    <w:abstractNumId w:val="5"/>
  </w:num>
  <w:num w:numId="4" w16cid:durableId="1794129325">
    <w:abstractNumId w:val="4"/>
  </w:num>
  <w:num w:numId="5" w16cid:durableId="1148282269">
    <w:abstractNumId w:val="7"/>
  </w:num>
  <w:num w:numId="6" w16cid:durableId="970596811">
    <w:abstractNumId w:val="3"/>
  </w:num>
  <w:num w:numId="7" w16cid:durableId="707220212">
    <w:abstractNumId w:val="2"/>
  </w:num>
  <w:num w:numId="8" w16cid:durableId="1984890509">
    <w:abstractNumId w:val="1"/>
  </w:num>
  <w:num w:numId="9" w16cid:durableId="175632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1CB7"/>
    <w:rsid w:val="005B000A"/>
    <w:rsid w:val="00AA1D8D"/>
    <w:rsid w:val="00AA502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F5654"/>
  <w14:defaultImageDpi w14:val="300"/>
  <w15:docId w15:val="{D802C01E-1BD6-42F9-9197-E302F5F3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Ewa Kujaszewska</cp:lastModifiedBy>
  <cp:revision>2</cp:revision>
  <dcterms:created xsi:type="dcterms:W3CDTF">2026-07-26T12:11:00Z</dcterms:created>
  <dcterms:modified xsi:type="dcterms:W3CDTF">2026-07-26T12:11:00Z</dcterms:modified>
  <cp:category/>
</cp:coreProperties>
</file>